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D3C72"/>
        </w:rPr>
        <w:t>Informe de bug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Título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URL de la página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Reportado por / fecha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Navegador y versión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Sistema operativo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Resolución y dispositivo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Gravedad (Crítica / Alta / Media / Baja)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Prioridad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2"/>
      </w:pPr>
      <w:r>
        <w:t>Pasos para reproducirlo</w:t>
      </w:r>
    </w:p>
    <w:p>
      <w:r>
        <w:br/>
      </w:r>
    </w:p>
    <w:p>
      <w:pPr>
        <w:pStyle w:val="Heading2"/>
      </w:pPr>
      <w:r>
        <w:t>Resultado esperado</w:t>
      </w:r>
    </w:p>
    <w:p>
      <w:r>
        <w:br/>
      </w:r>
    </w:p>
    <w:p>
      <w:pPr>
        <w:pStyle w:val="Heading2"/>
      </w:pPr>
      <w:r>
        <w:t>Resultado real</w:t>
      </w:r>
    </w:p>
    <w:p>
      <w:r>
        <w:br/>
      </w:r>
    </w:p>
    <w:p>
      <w:pPr>
        <w:pStyle w:val="Heading2"/>
      </w:pPr>
      <w:r>
        <w:t>Capturas / vídeo</w:t>
      </w:r>
    </w:p>
    <w:p>
      <w:r>
        <w:br/>
      </w:r>
    </w:p>
    <w:p>
      <w:pPr>
        <w:pStyle w:val="Heading2"/>
      </w:pPr>
      <w:r>
        <w:t>Notas</w:t>
      </w:r>
    </w:p>
    <w:p>
      <w:r>
        <w:br/>
      </w:r>
    </w:p>
    <w:p>
      <w:r>
        <w:br w:type="page"/>
      </w:r>
    </w:p>
    <w:p>
      <w:pPr>
        <w:pStyle w:val="Heading1"/>
      </w:pPr>
      <w:r>
        <w:rPr>
          <w:color w:val="0D3C72"/>
        </w:rPr>
        <w:t>Ejemplo de un buen informe de bug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Título</w:t>
            </w:r>
          </w:p>
        </w:tc>
        <w:tc>
          <w:tcPr>
            <w:tcW w:type="dxa" w:w="4320"/>
          </w:tcPr>
          <w:p>
            <w:r>
              <w:t>Pago: el botón «Pagar ahora» no hace nada en Safari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URL de la página</w:t>
            </w:r>
          </w:p>
        </w:tc>
        <w:tc>
          <w:tcPr>
            <w:tcW w:type="dxa" w:w="4320"/>
          </w:tcPr>
          <w:p>
            <w:r>
              <w:t>https://ejemplo.es/checkout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Reportado por / fecha</w:t>
            </w:r>
          </w:p>
        </w:tc>
        <w:tc>
          <w:tcPr>
            <w:tcW w:type="dxa" w:w="4320"/>
          </w:tcPr>
          <w:p>
            <w:r>
              <w:t>Laura (cliente), 2026-10-07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Navegador y versión</w:t>
            </w:r>
          </w:p>
        </w:tc>
        <w:tc>
          <w:tcPr>
            <w:tcW w:type="dxa" w:w="4320"/>
          </w:tcPr>
          <w:p>
            <w:r>
              <w:t>Safari 17.5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Sistema operativo</w:t>
            </w:r>
          </w:p>
        </w:tc>
        <w:tc>
          <w:tcPr>
            <w:tcW w:type="dxa" w:w="4320"/>
          </w:tcPr>
          <w:p>
            <w:r>
              <w:t>macOS 14.5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Resolución y dispositivo</w:t>
            </w:r>
          </w:p>
        </w:tc>
        <w:tc>
          <w:tcPr>
            <w:tcW w:type="dxa" w:w="4320"/>
          </w:tcPr>
          <w:p>
            <w:r>
              <w:t>1440×900, Portátil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Gravedad (Crítica / Alta / Media / Baja)</w:t>
            </w:r>
          </w:p>
        </w:tc>
        <w:tc>
          <w:tcPr>
            <w:tcW w:type="dxa" w:w="4320"/>
          </w:tcPr>
          <w:p>
            <w:r>
              <w:t>Crítica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Prioridad</w:t>
            </w:r>
          </w:p>
        </w:tc>
        <w:tc>
          <w:tcPr>
            <w:tcW w:type="dxa" w:w="4320"/>
          </w:tcPr>
          <w:p>
            <w:r>
              <w:t>P1</w:t>
            </w:r>
          </w:p>
        </w:tc>
      </w:tr>
    </w:tbl>
    <w:p>
      <w:pPr>
        <w:pStyle w:val="Heading2"/>
      </w:pPr>
      <w:r>
        <w:t>Pasos para reproducirlo</w:t>
      </w:r>
    </w:p>
    <w:p>
      <w:r>
        <w:t>1. Añade un producto al carrito</w:t>
        <w:br/>
        <w:t>2. Ve al pago</w:t>
        <w:br/>
        <w:t>3. Rellena el formulario</w:t>
        <w:br/>
        <w:t>4. Pulsa «Pagar ahora»</w:t>
      </w:r>
    </w:p>
    <w:p>
      <w:pPr>
        <w:pStyle w:val="Heading2"/>
      </w:pPr>
      <w:r>
        <w:t>Resultado esperado</w:t>
      </w:r>
    </w:p>
    <w:p>
      <w:r>
        <w:t>Se abre la página de pago</w:t>
      </w:r>
    </w:p>
    <w:p>
      <w:pPr>
        <w:pStyle w:val="Heading2"/>
      </w:pPr>
      <w:r>
        <w:t>Resultado real</w:t>
      </w:r>
    </w:p>
    <w:p>
      <w:r>
        <w:t>No pasa nada y no aparece ningún error</w:t>
      </w:r>
    </w:p>
    <w:p>
      <w:pPr>
        <w:pStyle w:val="Heading2"/>
      </w:pPr>
      <w:r>
        <w:t>Capturas / vídeo</w:t>
      </w:r>
    </w:p>
    <w:p>
      <w:r>
        <w:t>https://…/captura.png</w:t>
      </w:r>
    </w:p>
    <w:p>
      <w:pPr>
        <w:pStyle w:val="Heading2"/>
      </w:pPr>
      <w:r>
        <w:t>Notas</w:t>
      </w:r>
    </w:p>
    <w:p/>
    <w:p>
      <w:r>
        <w:rPr>
          <w:i/>
        </w:rPr>
        <w:t>Plantilla gratuita de GiveFeedback.io: feedback visual para webs con capturas anotadas y datos del navegador. https://givefeedback.io/es/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