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D3C72"/>
        </w:rPr>
        <w:t>Bug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 URL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Reported by /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Browser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Operating system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Screen size and device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Severity (Critical / High / Medium / Low)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Steps to reproduce</w:t>
      </w:r>
    </w:p>
    <w:p>
      <w:r>
        <w:br/>
      </w:r>
    </w:p>
    <w:p>
      <w:pPr>
        <w:pStyle w:val="Heading2"/>
      </w:pPr>
      <w:r>
        <w:t>Expected result</w:t>
      </w:r>
    </w:p>
    <w:p>
      <w:r>
        <w:br/>
      </w:r>
    </w:p>
    <w:p>
      <w:pPr>
        <w:pStyle w:val="Heading2"/>
      </w:pPr>
      <w:r>
        <w:t>Actual result</w:t>
      </w:r>
    </w:p>
    <w:p>
      <w:r>
        <w:br/>
      </w:r>
    </w:p>
    <w:p>
      <w:pPr>
        <w:pStyle w:val="Heading2"/>
      </w:pPr>
      <w:r>
        <w:t>Screenshots / video</w:t>
      </w:r>
    </w:p>
    <w:p>
      <w:r>
        <w:br/>
      </w:r>
    </w:p>
    <w:p>
      <w:pPr>
        <w:pStyle w:val="Heading2"/>
      </w:pPr>
      <w:r>
        <w:t>Notes</w:t>
      </w:r>
    </w:p>
    <w:p>
      <w:r>
        <w:br/>
      </w:r>
    </w:p>
    <w:p>
      <w:r>
        <w:br w:type="page"/>
      </w:r>
    </w:p>
    <w:p>
      <w:pPr>
        <w:pStyle w:val="Heading1"/>
      </w:pPr>
      <w:r>
        <w:rPr>
          <w:color w:val="0D3C72"/>
        </w:rPr>
        <w:t>Example of a good bug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4320"/>
          </w:tcPr>
          <w:p>
            <w:r>
              <w:t>Checkout: “Pay now” button does nothing on Safari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 URL</w:t>
            </w:r>
          </w:p>
        </w:tc>
        <w:tc>
          <w:tcPr>
            <w:tcW w:type="dxa" w:w="4320"/>
          </w:tcPr>
          <w:p>
            <w:r>
              <w:t>https://example.com/checkout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Reported by / date</w:t>
            </w:r>
          </w:p>
        </w:tc>
        <w:tc>
          <w:tcPr>
            <w:tcW w:type="dxa" w:w="4320"/>
          </w:tcPr>
          <w:p>
            <w:r>
              <w:t>Laura (client), 2026-10-07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Browser and version</w:t>
            </w:r>
          </w:p>
        </w:tc>
        <w:tc>
          <w:tcPr>
            <w:tcW w:type="dxa" w:w="4320"/>
          </w:tcPr>
          <w:p>
            <w:r>
              <w:t>Safari 17.5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Operating system</w:t>
            </w:r>
          </w:p>
        </w:tc>
        <w:tc>
          <w:tcPr>
            <w:tcW w:type="dxa" w:w="4320"/>
          </w:tcPr>
          <w:p>
            <w:r>
              <w:t>macOS 14.5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Screen size and device</w:t>
            </w:r>
          </w:p>
        </w:tc>
        <w:tc>
          <w:tcPr>
            <w:tcW w:type="dxa" w:w="4320"/>
          </w:tcPr>
          <w:p>
            <w:r>
              <w:t>1440×900, Laptop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Severity (Critical / High / Medium / Low)</w:t>
            </w:r>
          </w:p>
        </w:tc>
        <w:tc>
          <w:tcPr>
            <w:tcW w:type="dxa" w:w="4320"/>
          </w:tcPr>
          <w:p>
            <w:r>
              <w:t>Critical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4320"/>
          </w:tcPr>
          <w:p>
            <w:r>
              <w:t>P1</w:t>
            </w:r>
          </w:p>
        </w:tc>
      </w:tr>
    </w:tbl>
    <w:p>
      <w:pPr>
        <w:pStyle w:val="Heading2"/>
      </w:pPr>
      <w:r>
        <w:t>Steps to reproduce</w:t>
      </w:r>
    </w:p>
    <w:p>
      <w:r>
        <w:t>1. Add any product to the cart</w:t>
        <w:br/>
        <w:t>2. Go to checkout</w:t>
        <w:br/>
        <w:t>3. Fill in the form</w:t>
        <w:br/>
        <w:t>4. Click “Pay now”</w:t>
      </w:r>
    </w:p>
    <w:p>
      <w:pPr>
        <w:pStyle w:val="Heading2"/>
      </w:pPr>
      <w:r>
        <w:t>Expected result</w:t>
      </w:r>
    </w:p>
    <w:p>
      <w:r>
        <w:t>Payment page opens</w:t>
      </w:r>
    </w:p>
    <w:p>
      <w:pPr>
        <w:pStyle w:val="Heading2"/>
      </w:pPr>
      <w:r>
        <w:t>Actual result</w:t>
      </w:r>
    </w:p>
    <w:p>
      <w:r>
        <w:t>Nothing happens; no error shown</w:t>
      </w:r>
    </w:p>
    <w:p>
      <w:pPr>
        <w:pStyle w:val="Heading2"/>
      </w:pPr>
      <w:r>
        <w:t>Screenshots / video</w:t>
      </w:r>
    </w:p>
    <w:p>
      <w:r>
        <w:t>https://…/screenshot.png</w:t>
      </w:r>
    </w:p>
    <w:p>
      <w:pPr>
        <w:pStyle w:val="Heading2"/>
      </w:pPr>
      <w:r>
        <w:t>Notes</w:t>
      </w:r>
    </w:p>
    <w:p/>
    <w:p>
      <w:r>
        <w:rPr>
          <w:i/>
        </w:rPr>
        <w:t>Free template from GiveFeedback.io: visual website feedback with annotated screenshots and browser data. https://givefeedback.io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